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סיכום לשון לקראת מבחן מסכם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חלקי הדיבר ועל זמני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צירופי סמיכות וניבים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כתבה, זיהוי מאזכרים וכתיבת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חלקי הדיבר והפועל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שר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עתיד,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השלמות - שורש, סמיכות ופיסוק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אמנם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מושגי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(מילה שמציינת אדם, חיה, דבר או מושג)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(מילה שמביעה פעולה או מצב בזמן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(מילה שמתארת איך נעשית הפעולה)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(מילה שמחברת בין שם עצם למילה אחרת, כמו על, 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(שני שמות עצם יחד, כשהראשון קשור לשני)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מתארת איך נעשית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יוצר הפסקה והדגשה לפני המשך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לפני דברי רינה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אפשר לבדוק ולאמת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צריך לפחות שני נימוקים מבוססים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קריאת הכתבה - מאזכרים ותעודת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המוענת היא הדר, כתבת העלון; הבמה היא עלון בית הספר 'צעדים'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- רינה פקחית הנחל; אותם - תלמידי כיתות ח'; אליו - המסלול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טענה ברורה בפתיחה, שני נימוקים מבוססים, טענת נגד מוצגת בהגינות ומופרכת, סיכום עם המלצה, שימוש במילות קישור ופיסוק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תואר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בסמיכות שני שמות עצם, בצירוף שם ותואר - שם עצם ותואר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נימוקים מבוססים, טענת נגד והפרכה,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חלקים ולתרגל כל חלק בנפרד לפני המבחן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בכיתה לדוגמה אחת מלאה של טיעון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סיכום לשון לקראת מבחן מסכם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את הנושאים המרכזיים לקראת המבחן המסכם: חלקי הדיבר, הפועל, צירופי סמיכות וניבים, קריאת כתבה עם מאזכרים ופיסוק, וכתיבת טיעון.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חלקי הדיבר והפועל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במשפט 'הילדה רצה מהר לגן' - מהו חלק הדיבר של המילה 'מהר'?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במשפט 'העץ הגבוה עומד בחצר' - מהו חלק הדיבר של המילה 'הגבוה'?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משפט המילה 'טוב' משמשת תואר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ספר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שר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לה לב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קיבלנו ציון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במשפט 'הספר מונח על השולחן' - איזו מילה היא מילת יחס?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הפועל 'נכתוב' - באיזה זמן ובאיזה גוף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עבר,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עתיד,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הווה,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ציווי,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חלק הדיבר של המילה 'החדש' בצירוף 'המסלול החדש'?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השלמות - שורש, סמיכות ופיסוק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'כתבנו'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הפעולה של הפועל 'לרוץ'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'שמלה של כלה' בצירוף סמיכות: __________ כלה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'מה גדל ליד המים__________' שאלה מאיה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מילת הקישור המתאימה לפתיחת טענת נגד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מושגי 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שמחברת בין שם עצם למילה אחרת, כמו על, 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שמתארת איך נעשית הפעולה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שמביעה פעולה או מצב בזמן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יחס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שני שמות עצם יחד, כשהראשון קשור לשני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צירוף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שמציינת אדם, חיה, דבר או מושג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'מהר' חלק הדיבר הוא תואר הפועל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 המפריד (-) תמיד מחבר בין שתי מילים למילה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הנקודתיים יכולות לסמן תחילת ציטוט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'בשבוע יש שבעה ימים' הוא משפט של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בטיעון טוב מספיק להציג נימוק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קריאת הכתבה - מאזכרים ותעודת 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המוען (הכותבת) של הכתבה על המסלול בנחל, ומה הבמה שבה היא מתפרסמת?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מתייחסות המילים 'היא', 'אותם' ו'אליו' בכתבה?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טיעון קצר (8-10 שורות) בנושא: האם כדאי להוסיף שיעור שבועי של קריאה חופשית בספרים? הציגו טענה ברורה, שני נימוקים, טענת נגד והפרכה, וסיכום עם המלצה.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חלק הדיבר של 'מהר' במשפט 'רצה מהר'?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צירוף סמיכות לצירוף של שם ותואר?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להיות בטיעון 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סיכום לשון לקראת מבחן מסכם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