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חלקי הדיבר ועל 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צירופי סמיכות וניבים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כתבה, זיהוי מאזכרים וכתיבת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עתיד,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השלמות - שורש, סמיכות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מושגי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שמציינת אדם, חיה, דבר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שמתארת איך נעשית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שמחברת בין שם עצם למילה אחרת, כמו על, 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(שני שמות עצם יחד, כשהראשון קשור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מתארת איך נעשית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יוצר הפסקה והדגשה לפני המשך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לפני דברי רינה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לבדוק ולאמת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לפחות שני נימוקים מבוססים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קריאת הכתבה - מאזכרים ותעודת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המוענת היא הדר, כתבת העלון; הבמה היא עלון בית הספר 'צעדים'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- רינה פקחית הנחל; אותם - תלמידי כיתות ח'; אליו - המסלול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 בפתיחה, שני נימוקים מבוססים, טענת נגד מוצגת בהגינות ומופרכת, סיכום עם המלצה, שימוש במילות קישור ופיסוק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בסמיכות שני שמות עצם, בצירוף שם ותואר - שם עצם ותואר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 מבוססים, טענת נגד והפרכה,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חלקים ולתרגל כל חלק בנפרד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בכיתה לדוגמה אחת מלאה של טיעון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נתרגל: מילים שונות במשפט (פועל, שם עצם, תואר), צירופים כמו בית ספר, קריאת כתבה, וכתיבת טיעון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מושג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גבוה,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פעולה או מצב בזמן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 במשפט, כמו על, אל, מ-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שמות עצם יחד, כשהראשון קשור לשני, כמו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הוא, היא, אותם, שמחליפה שם שהוזכר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 והפועל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'הגבוה'?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'טוב' מתאר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ספר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קיבלנו ציון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מחברת בין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ומי 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הווה,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ציווי,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'החדש'?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השלמות - שורש, סמיכות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'כתבנו'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'לרוץ'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'שמלה של כלה' בצירוף סמיכות: __________ 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'מה גדל ליד המים__________' שאלה מאיה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המתאימה לפתיחת טענת נגד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מושגי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איך נעשית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שני שמות עצם יחד, כשהראשון קשור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שמחברת בין שם עצם למילה אחרת, כמו על, 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שמציינת אדם, חיה, דבר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צירוף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שמביעה פעולה או מצב בזמן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'מהר' חלק הדיבר הוא תואר הפועל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המפריד (-) תמיד מחבר בין שתי מילים למילה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הנקודתיים יכולות לסמן תחילת ציטוט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'בשבוע יש שבעה ימים' הוא משפט של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בטיעון טוב מספיק להציג נימוק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קריאת הכתבה - מאזכרים ותעודת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המוען (הכותבת) של הכתבה על המסלול בנחל, ומה הבמה שבה היא מתפרסמת?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מתייחסות המילים 'היא', 'אותם' ו'אליו' בכתבה?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קצר (8-10 שורות) בנושא: האם כדאי להוסיף שיעור שבועי של קריאה חופשית בספרים? הציגו טענה ברורה, שני נימוקים, טענת נגד והפרכה, וסיכום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חלק הדיבר של 'מהר' במשפט 'רצה מהר'?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צירוף סמיכות לצירוף של שם ותואר?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בטיעון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לשון לקראת מבחן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