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לשון לקראת מבחן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על חלקי הדיבר ועל זמני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צירופי סמיכות וניבים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קריאת כתבה, זיהוי מאזכרים וכתיבת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חלקי הדיבר והפועל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תואר הפועל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השלמות - שורש, סמיכות ופיסוק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ריצה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- מושגי 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(מילה שמציינת אדם, חיה, דבר או מושג)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(מילה שמביעה פעולה או מצב בזמן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(מילה שמחברת בין שם עצם למילה אחרת, כמו על, אל)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היא מתארת איך נעשית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כמו לפני דברי רינה בכתבה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קריאת הכתבה - מאזכרים ותעודת זהות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המוענת היא הדר, כתבת העלון; הבמה היא עלון בית הספר 'צעדים'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לבדוק: טענה ברורה בפתיחה, שני נימוקים מבוססים, טענת נגד מוצגת בהגינות ומופרכת, סיכום עם המלצה, שימוש במילות קישור ופיסוק נכון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תואר 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בסמיכות שני שמות עצם, בצירוף שם ותואר - שם עצם ותואר שלו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טענה, נימוקים מבוססים, טענת נגד והפרכה, 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חלקים ולתרגל כל חלק בנפרד לפני המבחן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להקדיש זמן בכיתה לדוגמה אחת מלאה של טיעון לפני העבודה העצמאית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לשון בחט״ב – משחקים ופעילויות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סיכום לשון לקראת מבחן מסכם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תתרגלו את הנושאים המרכזיים לקראת המבחן המסכם: חלקי הדיבר, הפועל, צירופי סמיכות וניבים, קריאת כתבה עם מאזכרים ופיסוק, וכתיבת טיעון.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ריצה  ·  כתב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חלקי הדיבר והפועל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במשפט 'הילדה רצה מהר לגן' - מהו חלק הדיבר של המילה 'מהר'?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במשפט 'העץ הגבוה עומד בחצר' - מהו חלק הדיבר של המילה 'הגבוה'?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מילת יחס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במשפט 'הספר מונח על השולחן' - איזו מילה היא מילת יחס?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מונח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השלמות - שורש, סמיכות ופיסוק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השורש של המילה 'כתבנו'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שם הפעולה של הפועל 'לרוץ' הוא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התאמה - מושגי לשון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שם עצם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מילה שמחברת בין שם עצם למילה אחרת, כמו על, 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פועל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מילה שמציינת אדם, חיה, דבר או מושג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מילת יחס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מילה שמביעה פעולה או מצב בזמן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במילה 'מהר' חלק הדיבר הוא תואר הפועל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הנקודתיים יכולות לסמן תחילת ציטוט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קריאת הכתבה - מאזכרים ותעודת זהות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מי המוען (הכותבת) של הכתבה על המסלול בנחל, ומה הבמה שבה היא מתפרסמת?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כתיבת טיעון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טיעון קצר (8-10 שורות) בנושא: האם כדאי להוסיף שיעור שבועי של קריאה חופשית בספרים? הציגו טענה ברורה, שני נימוקים, טענת נגד והפרכה, וסיכום עם 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מהו חלק הדיבר של 'מהר' במשפט 'רצה מהר'?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צירוף סמיכות לצירוף של שם ותואר?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סיכום לשון לקראת מבחן מסכם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